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8"/>
        </w:rPr>
        <w:t>Patrick Fruean</w:t>
      </w:r>
    </w:p>
    <w:p>
      <w:pPr>
        <w:jc w:val="center"/>
      </w:pPr>
      <w:r>
        <w:rPr>
          <w:b/>
          <w:sz w:val="20"/>
        </w:rPr>
        <w:t>Computer Science Student | Full-Stack Developer | Networking &amp; Systems | Aspiring Cybersecurity Professional</w:t>
      </w:r>
    </w:p>
    <w:p>
      <w:pPr>
        <w:jc w:val="center"/>
      </w:pPr>
      <w:r>
        <w:rPr>
          <w:sz w:val="17"/>
        </w:rPr>
        <w:t>Samoa • The University of the South Pacific, Fiji</w:t>
        <w:br/>
        <w:t>7130621  |  patrickfruean.dev@gmail.com</w:t>
      </w:r>
    </w:p>
    <w:p>
      <w:pPr>
        <w:spacing w:before="100" w:after="40"/>
      </w:pPr>
      <w:r>
        <w:rPr>
          <w:b/>
          <w:sz w:val="20"/>
        </w:rPr>
        <w:t>PROFESSIONAL PROFILE</w:t>
      </w:r>
    </w:p>
    <w:p>
      <w:r>
        <w:t>Computer Science student at The University of the South Pacific with hands-on university and personal-project experience across full-stack web development, databases, computer networking, operating systems and distributed software systems. Worked with Laravel/PHP, MySQL, Java, Java RMI, JavaScript, TypeScript, Python, Git/GitHub, Linux, Windows Server, VirtualBox, Cisco Packet Tracer and Wireshark. Also worked with cloud development environments, hosted databases and deployment workflows including GitHub Codespaces and Aiven. Interested in building reliable, secure and practical software and progressing into professional software development and cybersecurity.</w:t>
      </w:r>
    </w:p>
    <w:p>
      <w:pPr>
        <w:spacing w:before="100" w:after="40"/>
      </w:pPr>
      <w:r>
        <w:rPr>
          <w:b/>
          <w:sz w:val="20"/>
        </w:rPr>
        <w:t>EDUCATION</w:t>
      </w:r>
    </w:p>
    <w:p>
      <w:r>
        <w:rPr>
          <w:b/>
        </w:rPr>
        <w:t>Bachelor of Science in Computer Science</w:t>
      </w:r>
      <w:r>
        <w:t xml:space="preserve"> | 2023 – Present</w:t>
      </w:r>
    </w:p>
    <w:p>
      <w:r>
        <w:t>The University of the South Pacific (USP), Laucala Campus, Fiji</w:t>
        <w:br/>
        <w:t>Single major: Computer Science • Minor: Physics</w:t>
      </w:r>
    </w:p>
    <w:p>
      <w:pPr>
        <w:spacing w:before="100" w:after="40"/>
      </w:pPr>
      <w:r>
        <w:rPr>
          <w:b/>
          <w:sz w:val="20"/>
        </w:rPr>
        <w:t>TECHNICAL SKILLS</w:t>
      </w:r>
    </w:p>
    <w:tbl>
      <w:tblPr>
        <w:tblStyle w:val="TableGrid"/>
        <w:tblW w:type="auto" w:w="0"/>
        <w:tblLook w:firstColumn="1" w:firstRow="1" w:lastColumn="0" w:lastRow="0" w:noHBand="0" w:noVBand="1" w:val="04A0"/>
      </w:tblPr>
      <w:tblGrid>
        <w:gridCol w:w="5227"/>
        <w:gridCol w:w="5227"/>
      </w:tblGrid>
      <w:tr>
        <w:tc>
          <w:tcPr>
            <w:tcW w:type="dxa" w:w="5227"/>
          </w:tcPr>
          <w:p>
            <w:r>
              <w:rPr>
                <w:b/>
              </w:rPr>
              <w:t>Programming</w:t>
            </w:r>
          </w:p>
        </w:tc>
        <w:tc>
          <w:tcPr>
            <w:tcW w:type="dxa" w:w="5227"/>
          </w:tcPr>
          <w:p>
            <w:r>
              <w:t>PHP, Java, JavaScript, TypeScript, Python, HTML, CSS</w:t>
            </w:r>
          </w:p>
        </w:tc>
      </w:tr>
      <w:tr>
        <w:tc>
          <w:tcPr>
            <w:tcW w:type="dxa" w:w="5227"/>
          </w:tcPr>
          <w:p>
            <w:r>
              <w:rPr>
                <w:b/>
              </w:rPr>
              <w:t>Web Development</w:t>
            </w:r>
          </w:p>
        </w:tc>
        <w:tc>
          <w:tcPr>
            <w:tcW w:type="dxa" w:w="5227"/>
          </w:tcPr>
          <w:p>
            <w:r>
              <w:t>Laravel, Bootstrap, Vite, REST/API concepts, authentication, responsive UI, CRUD systems</w:t>
            </w:r>
          </w:p>
        </w:tc>
      </w:tr>
      <w:tr>
        <w:tc>
          <w:tcPr>
            <w:tcW w:type="dxa" w:w="5227"/>
          </w:tcPr>
          <w:p>
            <w:r>
              <w:rPr>
                <w:b/>
              </w:rPr>
              <w:t>Databases</w:t>
            </w:r>
          </w:p>
        </w:tc>
        <w:tc>
          <w:tcPr>
            <w:tcW w:type="dxa" w:w="5227"/>
          </w:tcPr>
          <w:p>
            <w:r>
              <w:t>MySQL, PostgreSQL, Supabase, Aiven MySQL, SQL, schema design, Laravel migrations</w:t>
            </w:r>
          </w:p>
        </w:tc>
      </w:tr>
      <w:tr>
        <w:tc>
          <w:tcPr>
            <w:tcW w:type="dxa" w:w="5227"/>
          </w:tcPr>
          <w:p>
            <w:r>
              <w:rPr>
                <w:b/>
              </w:rPr>
              <w:t>Networking</w:t>
            </w:r>
          </w:p>
        </w:tc>
        <w:tc>
          <w:tcPr>
            <w:tcW w:type="dxa" w:w="5227"/>
          </w:tcPr>
          <w:p>
            <w:r>
              <w:t>TCP/IP, IPv4 addressing, subnetting, VLSM, NAT, ACLs, ICMP, TTL, TCP, routing</w:t>
            </w:r>
          </w:p>
        </w:tc>
      </w:tr>
      <w:tr>
        <w:tc>
          <w:tcPr>
            <w:tcW w:type="dxa" w:w="5227"/>
          </w:tcPr>
          <w:p>
            <w:r>
              <w:rPr>
                <w:b/>
              </w:rPr>
              <w:t>Routing &amp; Transport</w:t>
            </w:r>
          </w:p>
        </w:tc>
        <w:tc>
          <w:tcPr>
            <w:tcW w:type="dxa" w:w="5227"/>
          </w:tcPr>
          <w:p>
            <w:r>
              <w:t>Dijkstra, Bellman-Ford, Go-Back-N, Selective Repeat, reliable data transfer, sliding windows</w:t>
            </w:r>
          </w:p>
        </w:tc>
      </w:tr>
      <w:tr>
        <w:tc>
          <w:tcPr>
            <w:tcW w:type="dxa" w:w="5227"/>
          </w:tcPr>
          <w:p>
            <w:r>
              <w:rPr>
                <w:b/>
              </w:rPr>
              <w:t>Operating Systems</w:t>
            </w:r>
          </w:p>
        </w:tc>
        <w:tc>
          <w:tcPr>
            <w:tcW w:type="dxa" w:w="5227"/>
          </w:tcPr>
          <w:p>
            <w:r>
              <w:t>Processes, concurrency, CPU scheduling, memory management, paging, page tables, MMU, file systems, RAID, deadlocks, I/O</w:t>
            </w:r>
          </w:p>
        </w:tc>
      </w:tr>
      <w:tr>
        <w:tc>
          <w:tcPr>
            <w:tcW w:type="dxa" w:w="5227"/>
          </w:tcPr>
          <w:p>
            <w:r>
              <w:rPr>
                <w:b/>
              </w:rPr>
              <w:t>Distributed Systems</w:t>
            </w:r>
          </w:p>
        </w:tc>
        <w:tc>
          <w:tcPr>
            <w:tcW w:type="dxa" w:w="5227"/>
          </w:tcPr>
          <w:p>
            <w:r>
              <w:t>Java RMI, client/server architecture, coordinator/worker concepts, concurrency, fixed thread pools</w:t>
            </w:r>
          </w:p>
        </w:tc>
      </w:tr>
      <w:tr>
        <w:tc>
          <w:tcPr>
            <w:tcW w:type="dxa" w:w="5227"/>
          </w:tcPr>
          <w:p>
            <w:r>
              <w:rPr>
                <w:b/>
              </w:rPr>
              <w:t>Development Tools</w:t>
            </w:r>
          </w:p>
        </w:tc>
        <w:tc>
          <w:tcPr>
            <w:tcW w:type="dxa" w:w="5227"/>
          </w:tcPr>
          <w:p>
            <w:r>
              <w:t>Git, GitHub, GitHub Codespaces, VS Code, Composer, npm, NetBeans, Packet Tracer, Wireshark</w:t>
            </w:r>
          </w:p>
        </w:tc>
      </w:tr>
      <w:tr>
        <w:tc>
          <w:tcPr>
            <w:tcW w:type="dxa" w:w="5227"/>
          </w:tcPr>
          <w:p>
            <w:r>
              <w:rPr>
                <w:b/>
              </w:rPr>
              <w:t>Systems &amp; Virtualisation</w:t>
            </w:r>
          </w:p>
        </w:tc>
        <w:tc>
          <w:tcPr>
            <w:tcW w:type="dxa" w:w="5227"/>
          </w:tcPr>
          <w:p>
            <w:r>
              <w:t>Linux terminal, Windows Server 2022, VirtualBox, virtual machines, basic server administration</w:t>
            </w:r>
          </w:p>
        </w:tc>
      </w:tr>
      <w:tr>
        <w:tc>
          <w:tcPr>
            <w:tcW w:type="dxa" w:w="5227"/>
          </w:tcPr>
          <w:p>
            <w:r>
              <w:rPr>
                <w:b/>
              </w:rPr>
              <w:t>Deployment &amp; Cloud</w:t>
            </w:r>
          </w:p>
        </w:tc>
        <w:tc>
          <w:tcPr>
            <w:tcW w:type="dxa" w:w="5227"/>
          </w:tcPr>
          <w:p>
            <w:r>
              <w:t>Cloud databases, Aiven, Codespaces, environment variables, Git-based workflows and deployment concepts</w:t>
            </w:r>
          </w:p>
        </w:tc>
      </w:tr>
    </w:tbl>
    <w:p>
      <w:pPr>
        <w:spacing w:before="100" w:after="40"/>
      </w:pPr>
      <w:r>
        <w:rPr>
          <w:b/>
          <w:sz w:val="20"/>
        </w:rPr>
        <w:t>SELECTED PROJECTS &amp; PRACTICAL EXPERIENCE</w:t>
      </w:r>
    </w:p>
    <w:p>
      <w:pPr>
        <w:spacing w:after="0"/>
      </w:pPr>
      <w:r>
        <w:rPr>
          <w:b/>
        </w:rPr>
        <w:t>Sports Facility Booking System</w:t>
      </w:r>
    </w:p>
    <w:p>
      <w:pPr>
        <w:spacing w:after="20"/>
        <w:ind w:left="173"/>
      </w:pPr>
      <w:r>
        <w:t>Laravel/PHP and MySQL application for sports-facility management and customer bookings. Worked on admin/user dashboards, facility CRUD, image uploads, booking management, availability calendars, maintenance status, authentication, database migrations, storage configuration and deployment troubleshooting.</w:t>
      </w:r>
    </w:p>
    <w:p>
      <w:pPr>
        <w:spacing w:after="0"/>
      </w:pPr>
      <w:r>
        <w:rPr>
          <w:b/>
        </w:rPr>
        <w:t>Zero Tech E-commerce Platform</w:t>
      </w:r>
    </w:p>
    <w:p>
      <w:pPr>
        <w:spacing w:after="20"/>
        <w:ind w:left="173"/>
      </w:pPr>
      <w:r>
        <w:t>Personal e-commerce platform concept for technology products and services in Samoa. Explored full-stack architecture, product management, authentication, databases, payment-processing concepts, cloud hosting and secure deployment workflows.</w:t>
      </w:r>
    </w:p>
    <w:p>
      <w:pPr>
        <w:spacing w:after="0"/>
      </w:pPr>
      <w:r>
        <w:rPr>
          <w:b/>
        </w:rPr>
        <w:t>Distributed Java/RMI System</w:t>
      </w:r>
    </w:p>
    <w:p>
      <w:pPr>
        <w:spacing w:after="20"/>
        <w:ind w:left="173"/>
      </w:pPr>
      <w:r>
        <w:t>Worked with a distributed Java system using RMI, including clients, a bootstrap/coordinator component and workers. Applied concurrency concepts, fixed thread pools and parallel job execution.</w:t>
      </w:r>
    </w:p>
    <w:p>
      <w:pPr>
        <w:spacing w:after="0"/>
      </w:pPr>
      <w:r>
        <w:rPr>
          <w:b/>
        </w:rPr>
        <w:t>Computer Networking &amp; Packet Tracer Labs</w:t>
      </w:r>
    </w:p>
    <w:p>
      <w:pPr>
        <w:spacing w:after="20"/>
        <w:ind w:left="173"/>
      </w:pPr>
      <w:r>
        <w:t>Built and analysed network configurations involving VLSM subnetting, NAT, ACLs, ICMP, routing, TCP/transport concepts and troubleshooting using Cisco Packet Tracer and Wireshark.</w:t>
      </w:r>
    </w:p>
    <w:p>
      <w:pPr>
        <w:spacing w:after="0"/>
      </w:pPr>
      <w:r>
        <w:rPr>
          <w:b/>
        </w:rPr>
        <w:t>Car Rental Booking Website Concept</w:t>
      </w:r>
    </w:p>
    <w:p>
      <w:pPr>
        <w:spacing w:after="20"/>
        <w:ind w:left="173"/>
      </w:pPr>
      <w:r>
        <w:t>Designed a booking-system concept around vehicle listings, availability, customer reservations and administrative management.</w:t>
      </w:r>
    </w:p>
    <w:p>
      <w:pPr>
        <w:spacing w:before="100" w:after="40"/>
      </w:pPr>
      <w:r>
        <w:rPr>
          <w:b/>
          <w:sz w:val="20"/>
        </w:rPr>
        <w:t>RELEVANT COURSEWORK</w:t>
      </w:r>
    </w:p>
    <w:p>
      <w:r>
        <w:t>• Computer Networks and Internet Technologies</w:t>
      </w:r>
    </w:p>
    <w:p>
      <w:r>
        <w:t>• Operating Systems</w:t>
      </w:r>
    </w:p>
    <w:p>
      <w:r>
        <w:t>• Distributed Systems / Java RMI</w:t>
      </w:r>
    </w:p>
    <w:p>
      <w:r>
        <w:t>• Database and Web Application Development</w:t>
      </w:r>
    </w:p>
    <w:p>
      <w:r>
        <w:t>• Software/System Design and Documentation</w:t>
      </w:r>
    </w:p>
    <w:p>
      <w:r>
        <w:t>• Physics laboratory work and technical reporting</w:t>
      </w:r>
    </w:p>
    <w:p>
      <w:pPr>
        <w:spacing w:before="100" w:after="40"/>
      </w:pPr>
      <w:r>
        <w:rPr>
          <w:b/>
          <w:sz w:val="20"/>
        </w:rPr>
        <w:t>PROFESSIONAL STRENGTHS</w:t>
      </w:r>
    </w:p>
    <w:p>
      <w:r>
        <w:t>• Practical problem solving and technical troubleshooting</w:t>
      </w:r>
    </w:p>
    <w:p>
      <w:r>
        <w:t>• Building systems from requirements through implementation</w:t>
      </w:r>
    </w:p>
    <w:p>
      <w:r>
        <w:t>• Debugging application, database and environment issues</w:t>
      </w:r>
    </w:p>
    <w:p>
      <w:r>
        <w:t>• Learning unfamiliar technologies through hands-on projects</w:t>
      </w:r>
    </w:p>
    <w:p>
      <w:r>
        <w:t>• Understanding application, networking and system-level concepts</w:t>
      </w:r>
    </w:p>
    <w:p>
      <w:r>
        <w:t>• Team-based university project work</w:t>
      </w:r>
    </w:p>
    <w:p>
      <w:pPr>
        <w:spacing w:before="100" w:after="40"/>
      </w:pPr>
      <w:r>
        <w:rPr>
          <w:b/>
          <w:sz w:val="20"/>
        </w:rPr>
        <w:t>CAREER DIRECTION</w:t>
      </w:r>
    </w:p>
    <w:p>
      <w:r>
        <w:t>Seeking opportunities in software development, web development, IT and technology support where I can apply my Computer Science background, continue building production-quality systems and develop toward a career in cybersecurity.</w:t>
      </w:r>
    </w:p>
    <w:p>
      <w:pPr>
        <w:spacing w:before="100" w:after="40"/>
      </w:pPr>
      <w:r>
        <w:rPr>
          <w:b/>
          <w:sz w:val="20"/>
        </w:rPr>
        <w:t>REFERENCES</w:t>
      </w:r>
    </w:p>
    <w:p>
      <w:r>
        <w:t>Available on request.</w:t>
      </w:r>
    </w:p>
    <w:sectPr w:rsidR="00FC693F" w:rsidRPr="0006063C" w:rsidSect="00034616">
      <w:pgSz w:w="12240" w:h="15840"/>
      <w:pgMar w:top="648" w:right="893" w:bottom="648"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